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Vocabulary Workbook</w:t>
      </w:r>
    </w:p>
    <w:p>
      <w:pPr>
        <w:pStyle w:val="Subtitle"/>
        <w:jc w:val="center"/>
      </w:pPr>
      <w:r>
        <w:t>Forty words from the novel, organised into five reading units with practice activities</w:t>
      </w:r>
    </w:p>
    <w:p>
      <w:pPr>
        <w:pBdr>
          <w:bottom w:val="single" w:sz="18" w:space="1" w:color="0090AE"/>
        </w:pBdr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965960" cy="29489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29489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Note"/>
        <w:jc w:val="center"/>
      </w:pPr>
      <w:r>
        <w:t>Jamie Cooper and the Touchscreen Portal | The Gateway Saga - Book One | J P Harper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5F8"/>
            <w:tcMar>
              <w:top w:w="135" w:type="dxa"/>
              <w:start w:w="165" w:type="dxa"/>
              <w:bottom w:w="135" w:type="dxa"/>
              <w:end w:w="165" w:type="dxa"/>
            </w:tcMar>
          </w:tcPr>
          <w:p>
            <w:pPr>
              <w:spacing w:after="60"/>
            </w:pPr>
            <w:r>
              <w:rPr>
                <w:b/>
                <w:color w:val="0E223C"/>
                <w:sz w:val="22"/>
              </w:rPr>
              <w:t>How to use this workbook</w:t>
            </w:r>
          </w:p>
          <w:p>
            <w:pPr>
              <w:spacing w:after="0"/>
            </w:pPr>
            <w:r>
              <w:t>Complete each unit after reading the named chapters. Definitions are written for learners aged 9-14. The final pages provide answers to the matching and sentence-completion activities.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Title"/>
        <w:jc w:val="center"/>
      </w:pPr>
      <w:r>
        <w:t>Unit 1 - Chapters 1-4: Ordinary life and the Gateway</w:t>
      </w:r>
    </w:p>
    <w:p>
      <w:pPr>
        <w:pBdr>
          <w:bottom w:val="single" w:sz="14" w:space="1" w:color="0090AE"/>
        </w:pBdr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Name: __________________________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Class/group: 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Date: __________________</w:t>
            </w:r>
          </w:p>
        </w:tc>
      </w:tr>
    </w:tbl>
    <w:p>
      <w:pPr>
        <w:pStyle w:val="Heading2"/>
      </w:pPr>
      <w:r>
        <w:t>Word bank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Word</w:t>
            </w:r>
          </w:p>
        </w:tc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Meaning</w:t>
            </w:r>
          </w:p>
        </w:tc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Word class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terraced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built as one of a row of joined houses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insistent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continuing firmly and demanding attention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fragments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small broken pieces or incomplete parts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precision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exactness and careful accuracy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dismissal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the act of sending something away or treating it as unimportant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outsider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 person who does not feel accepted as part of a group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intricate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containing many small and carefully arranged details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symmetry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balanced matching of shape or arrangement on opposite sides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</w:tbl>
    <w:p>
      <w:pPr>
        <w:pStyle w:val="Heading2"/>
      </w:pPr>
      <w:r>
        <w:t>Activity A - Match the meaning</w:t>
      </w:r>
    </w:p>
    <w:p>
      <w:r>
        <w:t>Write the correct word beside each definition. Use every word once.</w:t>
      </w:r>
    </w:p>
    <w:p>
      <w:r>
        <w:t>A. exactness and careful accuracy  ______________________________</w:t>
      </w:r>
    </w:p>
    <w:p>
      <w:r>
        <w:t>B. containing many small and carefully arranged details  ______________________________</w:t>
      </w:r>
    </w:p>
    <w:p>
      <w:r>
        <w:t>C. continuing firmly and demanding attention  ______________________________</w:t>
      </w:r>
    </w:p>
    <w:p>
      <w:r>
        <w:t>D. balanced matching of shape or arrangement on opposite sides  ______________________________</w:t>
      </w:r>
    </w:p>
    <w:p>
      <w:r>
        <w:t>E. built as one of a row of joined houses  ______________________________</w:t>
      </w:r>
    </w:p>
    <w:p>
      <w:r>
        <w:t>F. a person who does not feel accepted as part of a group  ______________________________</w:t>
      </w:r>
    </w:p>
    <w:p>
      <w:r>
        <w:t>G. small broken pieces or incomplete parts  ______________________________</w:t>
      </w:r>
    </w:p>
    <w:p>
      <w:r>
        <w:t>H. the act of sending something away or treating it as unimportant  ______________________________</w:t>
      </w:r>
    </w:p>
    <w:p>
      <w:pPr>
        <w:pStyle w:val="Heading2"/>
      </w:pPr>
      <w:r>
        <w:t>Activity B - Complete the sentences</w:t>
      </w:r>
    </w:p>
    <w:p>
      <w:r>
        <w:rPr>
          <w:b/>
          <w:color w:val="0090AE"/>
        </w:rPr>
        <w:t xml:space="preserve">Word bank: </w:t>
      </w:r>
      <w:r>
        <w:t>terraced, insistent, fragments, precision, dismissal, outsider, intricate, symmetry</w:t>
      </w:r>
    </w:p>
    <w:p>
      <w:r>
        <w:t>1. The houses formed a __________ row with no gaps between them.</w:t>
      </w:r>
    </w:p>
    <w:p>
      <w:r>
        <w:t>2. The message became more __________ each time it appeared.</w:t>
      </w:r>
    </w:p>
    <w:p>
      <w:r>
        <w:t>3. Jamie remembered the day in scattered __________ rather than as one complete picture.</w:t>
      </w:r>
    </w:p>
    <w:p>
      <w:r>
        <w:t>4. Lakshmi copied the pattern with great __________.</w:t>
      </w:r>
    </w:p>
    <w:p>
      <w:r>
        <w:t>5. Jamie recognised his father's gentle __________ and stopped asking questions.</w:t>
      </w:r>
    </w:p>
    <w:p>
      <w:r>
        <w:t>6. At the new school, Jamie felt like an __________ watching everyone else.</w:t>
      </w:r>
    </w:p>
    <w:p>
      <w:r>
        <w:t>7. The Gateway symbol was too __________ to be a casual doodle.</w:t>
      </w:r>
    </w:p>
    <w:p>
      <w:r>
        <w:t>8. The pattern's perfect __________ made it look deliberately designed.</w:t>
      </w:r>
    </w:p>
    <w:p>
      <w:pPr>
        <w:pStyle w:val="Heading2"/>
      </w:pPr>
      <w:r>
        <w:t>Activity C - Work with the words</w:t>
      </w:r>
    </w:p>
    <w:p>
      <w:r>
        <w:t>Choose one adjective from the unit and write a synonym: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t>Choose one noun from the unit and write a sentence that shows its meaning: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t>Which word would be most useful when describing danger or tension? Explain: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t>Which word was least familiar to you before this unit? Write a memory clue for it: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Activity D - Short writing challenge</w:t>
      </w:r>
    </w:p>
    <w:p>
      <w:pPr>
        <w:pStyle w:val="WorksheetPrompt"/>
      </w:pPr>
      <w:r>
        <w:t>Write a short paragraph connected to the chapters and use at least four unit words accurately. Underline the four words.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br w:type="page"/>
      </w:r>
    </w:p>
    <w:p>
      <w:pPr>
        <w:pStyle w:val="Title"/>
        <w:jc w:val="center"/>
      </w:pPr>
      <w:r>
        <w:t>Unit 2 - Chapters 5-8: Myridiam and its dangers</w:t>
      </w:r>
    </w:p>
    <w:p>
      <w:pPr>
        <w:pBdr>
          <w:bottom w:val="single" w:sz="14" w:space="1" w:color="0090AE"/>
        </w:pBdr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Name: __________________________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Class/group: 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Date: __________________</w:t>
            </w:r>
          </w:p>
        </w:tc>
      </w:tr>
    </w:tbl>
    <w:p>
      <w:pPr>
        <w:pStyle w:val="Heading2"/>
      </w:pPr>
      <w:r>
        <w:t>Word bank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Word</w:t>
            </w:r>
          </w:p>
        </w:tc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Meaning</w:t>
            </w:r>
          </w:p>
        </w:tc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Word class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reclusive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avoiding other people and preferring to live privately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conviction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 strong belief that something is true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translucent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allowing some light through but not completely clear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artefact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an object made or shaped by people, often with cultural or historical importance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monument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 structure or object that preserves memory or marks importance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hostile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unfriendly, threatening or ready to attack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inexorable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impossible to stop or prevent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peripheral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at the outer edge rather than the centre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</w:tbl>
    <w:p>
      <w:pPr>
        <w:pStyle w:val="Heading2"/>
      </w:pPr>
      <w:r>
        <w:t>Activity A - Match the meaning</w:t>
      </w:r>
    </w:p>
    <w:p>
      <w:r>
        <w:t>Write the correct word beside each definition. Use every word once.</w:t>
      </w:r>
    </w:p>
    <w:p>
      <w:r>
        <w:t>A. an object made or shaped by people, often with cultural or historical importance  ______________________________</w:t>
      </w:r>
    </w:p>
    <w:p>
      <w:r>
        <w:t>B. impossible to stop or prevent  ______________________________</w:t>
      </w:r>
    </w:p>
    <w:p>
      <w:r>
        <w:t>C. a strong belief that something is true  ______________________________</w:t>
      </w:r>
    </w:p>
    <w:p>
      <w:r>
        <w:t>D. at the outer edge rather than the centre  ______________________________</w:t>
      </w:r>
    </w:p>
    <w:p>
      <w:r>
        <w:t>E. avoiding other people and preferring to live privately  ______________________________</w:t>
      </w:r>
    </w:p>
    <w:p>
      <w:r>
        <w:t>F. unfriendly, threatening or ready to attack  ______________________________</w:t>
      </w:r>
    </w:p>
    <w:p>
      <w:r>
        <w:t>G. allowing some light through but not completely clear  ______________________________</w:t>
      </w:r>
    </w:p>
    <w:p>
      <w:r>
        <w:t>H. a structure or object that preserves memory or marks importance  ______________________________</w:t>
      </w:r>
    </w:p>
    <w:p>
      <w:pPr>
        <w:pStyle w:val="Heading2"/>
      </w:pPr>
      <w:r>
        <w:t>Activity B - Complete the sentences</w:t>
      </w:r>
    </w:p>
    <w:p>
      <w:r>
        <w:rPr>
          <w:b/>
          <w:color w:val="0090AE"/>
        </w:rPr>
        <w:t xml:space="preserve">Word bank: </w:t>
      </w:r>
      <w:r>
        <w:t>reclusive, conviction, translucent, artefact, monument, hostile, inexorable, peripheral</w:t>
      </w:r>
    </w:p>
    <w:p>
      <w:r>
        <w:t>1. The Avirans were described as __________ and rarely seen beyond their mountains.</w:t>
      </w:r>
    </w:p>
    <w:p>
      <w:r>
        <w:t>2. Jamie spoke with enough __________ that Sathyra began to believe him.</w:t>
      </w:r>
    </w:p>
    <w:p>
      <w:r>
        <w:t>3. His hand became __________ as the Gateway pulled him home.</w:t>
      </w:r>
    </w:p>
    <w:p>
      <w:r>
        <w:t>4. The bow appeared to be an ancient magical __________.</w:t>
      </w:r>
    </w:p>
    <w:p>
      <w:r>
        <w:t>5. The carved stone __________ linked Myridiam to Cameron's notes.</w:t>
      </w:r>
    </w:p>
    <w:p>
      <w:r>
        <w:t>6. The game-like text identified the Mire Grim as __________.</w:t>
      </w:r>
    </w:p>
    <w:p>
      <w:r>
        <w:t>7. The creature kept advancing with an __________ force.</w:t>
      </w:r>
    </w:p>
    <w:p>
      <w:r>
        <w:t>8. Jamie noticed information appearing in his __________ vision.</w:t>
      </w:r>
    </w:p>
    <w:p>
      <w:pPr>
        <w:pStyle w:val="Heading2"/>
      </w:pPr>
      <w:r>
        <w:t>Activity C - Work with the words</w:t>
      </w:r>
    </w:p>
    <w:p>
      <w:r>
        <w:t>Choose one adjective from the unit and write a synonym: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t>Choose one noun from the unit and write a sentence that shows its meaning: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t>Which word would be most useful when describing danger or tension? Explain: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t>Which word was least familiar to you before this unit? Write a memory clue for it: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Activity D - Short writing challenge</w:t>
      </w:r>
    </w:p>
    <w:p>
      <w:pPr>
        <w:pStyle w:val="WorksheetPrompt"/>
      </w:pPr>
      <w:r>
        <w:t>Write a short paragraph connected to the chapters and use at least four unit words accurately. Underline the four words.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br w:type="page"/>
      </w:r>
    </w:p>
    <w:p>
      <w:pPr>
        <w:pStyle w:val="Title"/>
        <w:jc w:val="center"/>
      </w:pPr>
      <w:r>
        <w:t>Unit 3 - Chapters 9-12: New players and conflict</w:t>
      </w:r>
    </w:p>
    <w:p>
      <w:pPr>
        <w:pBdr>
          <w:bottom w:val="single" w:sz="14" w:space="1" w:color="0090AE"/>
        </w:pBdr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Name: __________________________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Class/group: 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Date: __________________</w:t>
            </w:r>
          </w:p>
        </w:tc>
      </w:tr>
    </w:tbl>
    <w:p>
      <w:pPr>
        <w:pStyle w:val="Heading2"/>
      </w:pPr>
      <w:r>
        <w:t>Word bank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Word</w:t>
            </w:r>
          </w:p>
        </w:tc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Meaning</w:t>
            </w:r>
          </w:p>
        </w:tc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Word class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methodical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done in an organised and systematic way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palpable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so strong or obvious that it seems almost touchable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scepticism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doubt about whether something is true or reliable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mandala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 circular symbolic design used in several cultural and spiritual traditions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vulnerable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open to harm, attack or emotional hurt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resolute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firmly determined and unwilling to give up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confrontation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 direct and often tense meeting or conflict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strategy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 planned approach for achieving a goal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</w:tbl>
    <w:p>
      <w:pPr>
        <w:pStyle w:val="Heading2"/>
      </w:pPr>
      <w:r>
        <w:t>Activity A - Match the meaning</w:t>
      </w:r>
    </w:p>
    <w:p>
      <w:r>
        <w:t>Write the correct word beside each definition. Use every word once.</w:t>
      </w:r>
    </w:p>
    <w:p>
      <w:r>
        <w:t>A. a circular symbolic design used in several cultural and spiritual traditions  ______________________________</w:t>
      </w:r>
    </w:p>
    <w:p>
      <w:r>
        <w:t>B. a direct and often tense meeting or conflict  ______________________________</w:t>
      </w:r>
    </w:p>
    <w:p>
      <w:r>
        <w:t>C. so strong or obvious that it seems almost touchable  ______________________________</w:t>
      </w:r>
    </w:p>
    <w:p>
      <w:r>
        <w:t>D. a planned approach for achieving a goal  ______________________________</w:t>
      </w:r>
    </w:p>
    <w:p>
      <w:r>
        <w:t>E. done in an organised and systematic way  ______________________________</w:t>
      </w:r>
    </w:p>
    <w:p>
      <w:r>
        <w:t>F. firmly determined and unwilling to give up  ______________________________</w:t>
      </w:r>
    </w:p>
    <w:p>
      <w:r>
        <w:t>G. doubt about whether something is true or reliable  ______________________________</w:t>
      </w:r>
    </w:p>
    <w:p>
      <w:r>
        <w:t>H. open to harm, attack or emotional hurt  ______________________________</w:t>
      </w:r>
    </w:p>
    <w:p>
      <w:pPr>
        <w:pStyle w:val="Heading2"/>
      </w:pPr>
      <w:r>
        <w:t>Activity B - Complete the sentences</w:t>
      </w:r>
    </w:p>
    <w:p>
      <w:r>
        <w:rPr>
          <w:b/>
          <w:color w:val="0090AE"/>
        </w:rPr>
        <w:t xml:space="preserve">Word bank: </w:t>
      </w:r>
      <w:r>
        <w:t>methodical, palpable, scepticism, mandala, vulnerable, resolute, confrontation, strategy</w:t>
      </w:r>
    </w:p>
    <w:p>
      <w:r>
        <w:t>1. Dan searched the stockroom in a quiet, __________ way.</w:t>
      </w:r>
    </w:p>
    <w:p>
      <w:r>
        <w:t>2. His excitement was __________ once the map appeared.</w:t>
      </w:r>
    </w:p>
    <w:p>
      <w:r>
        <w:t>3. Lakshmi's __________ made her test the boys' claims carefully.</w:t>
      </w:r>
    </w:p>
    <w:p>
      <w:r>
        <w:t>4. She said the circular symbol resembled a __________.</w:t>
      </w:r>
    </w:p>
    <w:p>
      <w:r>
        <w:t>5. Families fleeing the burning village were especially __________.</w:t>
      </w:r>
    </w:p>
    <w:p>
      <w:r>
        <w:t>6. Sathyra remained __________ even after seeing the damage to Clearwater.</w:t>
      </w:r>
    </w:p>
    <w:p>
      <w:r>
        <w:t>7. A misunderstanding nearly caused a dangerous __________ at the border.</w:t>
      </w:r>
    </w:p>
    <w:p>
      <w:r>
        <w:t>8. The pursuit needed a better __________ than simply following the trail.</w:t>
      </w:r>
    </w:p>
    <w:p>
      <w:pPr>
        <w:pStyle w:val="Heading2"/>
      </w:pPr>
      <w:r>
        <w:t>Activity C - Work with the words</w:t>
      </w:r>
    </w:p>
    <w:p>
      <w:r>
        <w:t>Choose one adjective from the unit and write a synonym: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t>Choose one noun from the unit and write a sentence that shows its meaning: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t>Which word would be most useful when describing danger or tension? Explain: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t>Which word was least familiar to you before this unit? Write a memory clue for it: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Activity D - Short writing challenge</w:t>
      </w:r>
    </w:p>
    <w:p>
      <w:pPr>
        <w:pStyle w:val="WorksheetPrompt"/>
      </w:pPr>
      <w:r>
        <w:t>Write a short paragraph connected to the chapters and use at least four unit words accurately. Underline the four words.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br w:type="page"/>
      </w:r>
    </w:p>
    <w:p>
      <w:pPr>
        <w:pStyle w:val="Title"/>
        <w:jc w:val="center"/>
      </w:pPr>
      <w:r>
        <w:t>Unit 4 - Chapters 13-16: Planning and pursuit</w:t>
      </w:r>
    </w:p>
    <w:p>
      <w:pPr>
        <w:pBdr>
          <w:bottom w:val="single" w:sz="14" w:space="1" w:color="0090AE"/>
        </w:pBdr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Name: __________________________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Class/group: 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Date: __________________</w:t>
            </w:r>
          </w:p>
        </w:tc>
      </w:tr>
    </w:tbl>
    <w:p>
      <w:pPr>
        <w:pStyle w:val="Heading2"/>
      </w:pPr>
      <w:r>
        <w:t>Word bank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Word</w:t>
            </w:r>
          </w:p>
        </w:tc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Meaning</w:t>
            </w:r>
          </w:p>
        </w:tc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Word class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uncertainty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 state of not knowing what is true or what will happen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responsibility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 duty to act carefully and answer for one's decisions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tactical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connected with practical plans used to achieve an immediate aim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relentless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continuing without becoming weaker or stopping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treacherous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dangerous and difficult to trust or travel across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territory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land controlled or occupied by a particular people or group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improvised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made or arranged quickly from what is available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suspicion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 feeling that something may be wrong or dishonest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</w:tbl>
    <w:p>
      <w:pPr>
        <w:pStyle w:val="Heading2"/>
      </w:pPr>
      <w:r>
        <w:t>Activity A - Match the meaning</w:t>
      </w:r>
    </w:p>
    <w:p>
      <w:r>
        <w:t>Write the correct word beside each definition. Use every word once.</w:t>
      </w:r>
    </w:p>
    <w:p>
      <w:r>
        <w:t>A. continuing without becoming weaker or stopping  ______________________________</w:t>
      </w:r>
    </w:p>
    <w:p>
      <w:r>
        <w:t>B. made or arranged quickly from what is available  ______________________________</w:t>
      </w:r>
    </w:p>
    <w:p>
      <w:r>
        <w:t>C. a duty to act carefully and answer for one's decisions  ______________________________</w:t>
      </w:r>
    </w:p>
    <w:p>
      <w:r>
        <w:t>D. a feeling that something may be wrong or dishonest  ______________________________</w:t>
      </w:r>
    </w:p>
    <w:p>
      <w:r>
        <w:t>E. a state of not knowing what is true or what will happen  ______________________________</w:t>
      </w:r>
    </w:p>
    <w:p>
      <w:r>
        <w:t>F. land controlled or occupied by a particular people or group  ______________________________</w:t>
      </w:r>
    </w:p>
    <w:p>
      <w:r>
        <w:t>G. connected with practical plans used to achieve an immediate aim  ______________________________</w:t>
      </w:r>
    </w:p>
    <w:p>
      <w:r>
        <w:t>H. dangerous and difficult to trust or travel across  ______________________________</w:t>
      </w:r>
    </w:p>
    <w:p>
      <w:pPr>
        <w:pStyle w:val="Heading2"/>
      </w:pPr>
      <w:r>
        <w:t>Activity B - Complete the sentences</w:t>
      </w:r>
    </w:p>
    <w:p>
      <w:r>
        <w:rPr>
          <w:b/>
          <w:color w:val="0090AE"/>
        </w:rPr>
        <w:t xml:space="preserve">Word bank: </w:t>
      </w:r>
      <w:r>
        <w:t>uncertainty, responsibility, tactical, relentless, treacherous, territory, improvised, suspicion</w:t>
      </w:r>
    </w:p>
    <w:p>
      <w:r>
        <w:t>1. The one-way messages left Jamie with growing __________.</w:t>
      </w:r>
    </w:p>
    <w:p>
      <w:r>
        <w:t>2. Power brought the trio a new __________ to protect others.</w:t>
      </w:r>
    </w:p>
    <w:p>
      <w:r>
        <w:t>3. Lakshmi's __________ thinking helped the group compare raid patterns.</w:t>
      </w:r>
    </w:p>
    <w:p>
      <w:r>
        <w:t>4. The pursuit was __________, allowing little time for recovery.</w:t>
      </w:r>
    </w:p>
    <w:p>
      <w:r>
        <w:t>5. Loose rock made the mountain route __________.</w:t>
      </w:r>
    </w:p>
    <w:p>
      <w:r>
        <w:t>6. The travellers needed permission before crossing Sothian __________.</w:t>
      </w:r>
    </w:p>
    <w:p>
      <w:r>
        <w:t>7. Discarded straps suggested the raiders had used __________ bindings.</w:t>
      </w:r>
    </w:p>
    <w:p>
      <w:r>
        <w:t>8. Signs along the route increased the group's __________ that they were being led into danger.</w:t>
      </w:r>
    </w:p>
    <w:p>
      <w:pPr>
        <w:pStyle w:val="Heading2"/>
      </w:pPr>
      <w:r>
        <w:t>Activity C - Work with the words</w:t>
      </w:r>
    </w:p>
    <w:p>
      <w:r>
        <w:t>Choose one adjective from the unit and write a synonym: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t>Choose one noun from the unit and write a sentence that shows its meaning: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t>Which word would be most useful when describing danger or tension? Explain: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t>Which word was least familiar to you before this unit? Write a memory clue for it: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Activity D - Short writing challenge</w:t>
      </w:r>
    </w:p>
    <w:p>
      <w:pPr>
        <w:pStyle w:val="WorksheetPrompt"/>
      </w:pPr>
      <w:r>
        <w:t>Write a short paragraph connected to the chapters and use at least four unit words accurately. Underline the four words.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br w:type="page"/>
      </w:r>
    </w:p>
    <w:p>
      <w:pPr>
        <w:pStyle w:val="Title"/>
        <w:jc w:val="center"/>
      </w:pPr>
      <w:r>
        <w:t>Unit 5 - Chapters 17-20: Battle, alliance and aftermath</w:t>
      </w:r>
    </w:p>
    <w:p>
      <w:pPr>
        <w:pBdr>
          <w:bottom w:val="single" w:sz="14" w:space="1" w:color="0090AE"/>
        </w:pBdr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Name: __________________________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Class/group: 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Date: __________________</w:t>
            </w:r>
          </w:p>
        </w:tc>
      </w:tr>
    </w:tbl>
    <w:p>
      <w:pPr>
        <w:pStyle w:val="Heading2"/>
      </w:pPr>
      <w:r>
        <w:t>Word bank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Word</w:t>
            </w:r>
          </w:p>
        </w:tc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Meaning</w:t>
            </w:r>
          </w:p>
        </w:tc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Word class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ravine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 deep, narrow valley with steep sides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plateau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an area of high, mostly level ground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reinforcements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additional people or supplies sent to strengthen a group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aftermath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the period and consequences following a destructive event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formidable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very powerful, difficult or impressive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adjective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consequence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 result that follows from an action or event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alliance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a partnership formed for mutual support or a shared purpose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  <w:tr>
        <w:tc>
          <w:tcPr>
            <w:tcW w:type="dxa" w:w="3389"/>
            <w:shd w:fill="F3F5F7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endurance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the ability to continue through difficulty, pain or tiredness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noun</w:t>
            </w:r>
          </w:p>
        </w:tc>
      </w:tr>
    </w:tbl>
    <w:p>
      <w:pPr>
        <w:pStyle w:val="Heading2"/>
      </w:pPr>
      <w:r>
        <w:t>Activity A - Match the meaning</w:t>
      </w:r>
    </w:p>
    <w:p>
      <w:r>
        <w:t>Write the correct word beside each definition. Use every word once.</w:t>
      </w:r>
    </w:p>
    <w:p>
      <w:r>
        <w:t>A. the period and consequences following a destructive event  ______________________________</w:t>
      </w:r>
    </w:p>
    <w:p>
      <w:r>
        <w:t>B. a partnership formed for mutual support or a shared purpose  ______________________________</w:t>
      </w:r>
    </w:p>
    <w:p>
      <w:r>
        <w:t>C. an area of high, mostly level ground  ______________________________</w:t>
      </w:r>
    </w:p>
    <w:p>
      <w:r>
        <w:t>D. the ability to continue through difficulty, pain or tiredness  ______________________________</w:t>
      </w:r>
    </w:p>
    <w:p>
      <w:r>
        <w:t>E. a deep, narrow valley with steep sides  ______________________________</w:t>
      </w:r>
    </w:p>
    <w:p>
      <w:r>
        <w:t>F. a result that follows from an action or event  ______________________________</w:t>
      </w:r>
    </w:p>
    <w:p>
      <w:r>
        <w:t>G. additional people or supplies sent to strengthen a group  ______________________________</w:t>
      </w:r>
    </w:p>
    <w:p>
      <w:r>
        <w:t>H. very powerful, difficult or impressive  ______________________________</w:t>
      </w:r>
    </w:p>
    <w:p>
      <w:pPr>
        <w:pStyle w:val="Heading2"/>
      </w:pPr>
      <w:r>
        <w:t>Activity B - Complete the sentences</w:t>
      </w:r>
    </w:p>
    <w:p>
      <w:r>
        <w:rPr>
          <w:b/>
          <w:color w:val="0090AE"/>
        </w:rPr>
        <w:t xml:space="preserve">Word bank: </w:t>
      </w:r>
      <w:r>
        <w:t>ravine, plateau, reinforcements, aftermath, formidable, consequence, alliance, endurance</w:t>
      </w:r>
    </w:p>
    <w:p>
      <w:r>
        <w:t>1. The champion waited in the narrow __________.</w:t>
      </w:r>
    </w:p>
    <w:p>
      <w:r>
        <w:t>2. Greyfang Ridge stood on a natural __________ above the surrounding land.</w:t>
      </w:r>
    </w:p>
    <w:p>
      <w:r>
        <w:t>3. The coalition stopped to gather supplies and __________.</w:t>
      </w:r>
    </w:p>
    <w:p>
      <w:r>
        <w:t>4. In the __________ of battle, the wounded needed immediate care.</w:t>
      </w:r>
    </w:p>
    <w:p>
      <w:r>
        <w:t>5. The fortress walls looked old but still __________.</w:t>
      </w:r>
    </w:p>
    <w:p>
      <w:r>
        <w:t>6. The lost Heart Stone could have a serious __________ for Clearwater.</w:t>
      </w:r>
    </w:p>
    <w:p>
      <w:r>
        <w:t>7. Shared danger created an __________ between Khitari and Sothians.</w:t>
      </w:r>
    </w:p>
    <w:p>
      <w:r>
        <w:t>8. Dan survived the fight through protection, timing and __________.</w:t>
      </w:r>
    </w:p>
    <w:p>
      <w:pPr>
        <w:pStyle w:val="Heading2"/>
      </w:pPr>
      <w:r>
        <w:t>Activity C - Work with the words</w:t>
      </w:r>
    </w:p>
    <w:p>
      <w:r>
        <w:t>Choose one adjective from the unit and write a synonym: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t>Choose one noun from the unit and write a sentence that shows its meaning: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t>Which word would be most useful when describing danger or tension? Explain: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t>Which word was least familiar to you before this unit? Write a memory clue for it: 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Activity D - Short writing challenge</w:t>
      </w:r>
    </w:p>
    <w:p>
      <w:pPr>
        <w:pStyle w:val="WorksheetPrompt"/>
      </w:pPr>
      <w:r>
        <w:t>Write a short paragraph connected to the chapters and use at least four unit words accurately. Underline the four words.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1"/>
      </w:pPr>
      <w:r>
        <w:t>My personal Myridiam glossary</w:t>
      </w:r>
    </w:p>
    <w:p>
      <w:r>
        <w:t>Add unfamiliar or interesting words that you notice while reading. Use context first, then check a dictionary or ask an adult.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Word</w:t>
            </w:r>
          </w:p>
        </w:tc>
        <w:tc>
          <w:tcPr>
            <w:tcW w:type="dxa" w:w="203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Chapter/page</w:t>
            </w:r>
          </w:p>
        </w:tc>
        <w:tc>
          <w:tcPr>
            <w:tcW w:type="dxa" w:w="203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My first guess</w:t>
            </w:r>
          </w:p>
        </w:tc>
        <w:tc>
          <w:tcPr>
            <w:tcW w:type="dxa" w:w="203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Checked meaning</w:t>
            </w:r>
          </w:p>
        </w:tc>
        <w:tc>
          <w:tcPr>
            <w:tcW w:type="dxa" w:w="203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My own sentence</w:t>
            </w:r>
          </w:p>
        </w:tc>
      </w:tr>
      <w:tr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  <w:tr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  <w:tc>
          <w:tcPr>
            <w:tcW w:type="dxa" w:w="203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br/>
            </w:r>
          </w:p>
        </w:tc>
      </w:tr>
    </w:tbl>
    <w:p>
      <w:r>
        <w:br w:type="page"/>
      </w:r>
    </w:p>
    <w:p>
      <w:pPr>
        <w:pStyle w:val="Heading1"/>
      </w:pPr>
      <w:r>
        <w:t>Answer guide</w:t>
      </w:r>
    </w:p>
    <w:p>
      <w:pPr>
        <w:pStyle w:val="Heading2"/>
      </w:pPr>
      <w:r>
        <w:t>Unit 1 - Chapters 1-4: Ordinary life and the Gateway</w:t>
      </w:r>
    </w:p>
    <w:p>
      <w:r>
        <w:rPr>
          <w:b/>
          <w:color w:val="0090AE"/>
        </w:rPr>
        <w:t xml:space="preserve">Activity A: </w:t>
      </w:r>
      <w:r>
        <w:t>A - precision; B - intricate; C - insistent; D - symmetry; E - terraced; F - outsider; G - fragments; H - dismissal</w:t>
      </w:r>
    </w:p>
    <w:p>
      <w:r>
        <w:rPr>
          <w:b/>
          <w:color w:val="0090AE"/>
        </w:rPr>
        <w:t xml:space="preserve">Activity B: </w:t>
      </w:r>
      <w:r>
        <w:t>1 - terraced; 2 - insistent; 3 - fragments; 4 - precision; 5 - dismissal; 6 - outsider; 7 - intricate; 8 - symmetry</w:t>
      </w:r>
    </w:p>
    <w:p>
      <w:pPr>
        <w:pStyle w:val="SmallNote"/>
      </w:pPr>
      <w:r>
        <w:t>Activities C and D are open-ended. Credit accurate meaning, suitable grammar and clear context.</w:t>
      </w:r>
    </w:p>
    <w:p>
      <w:pPr>
        <w:pStyle w:val="Heading2"/>
      </w:pPr>
      <w:r>
        <w:t>Unit 2 - Chapters 5-8: Myridiam and its dangers</w:t>
      </w:r>
    </w:p>
    <w:p>
      <w:r>
        <w:rPr>
          <w:b/>
          <w:color w:val="0090AE"/>
        </w:rPr>
        <w:t xml:space="preserve">Activity A: </w:t>
      </w:r>
      <w:r>
        <w:t>A - artefact; B - inexorable; C - conviction; D - peripheral; E - reclusive; F - hostile; G - translucent; H - monument</w:t>
      </w:r>
    </w:p>
    <w:p>
      <w:r>
        <w:rPr>
          <w:b/>
          <w:color w:val="0090AE"/>
        </w:rPr>
        <w:t xml:space="preserve">Activity B: </w:t>
      </w:r>
      <w:r>
        <w:t>1 - reclusive; 2 - conviction; 3 - translucent; 4 - artefact; 5 - monument; 6 - hostile; 7 - inexorable; 8 - peripheral</w:t>
      </w:r>
    </w:p>
    <w:p>
      <w:pPr>
        <w:pStyle w:val="SmallNote"/>
      </w:pPr>
      <w:r>
        <w:t>Activities C and D are open-ended. Credit accurate meaning, suitable grammar and clear context.</w:t>
      </w:r>
    </w:p>
    <w:p>
      <w:pPr>
        <w:pStyle w:val="Heading2"/>
      </w:pPr>
      <w:r>
        <w:t>Unit 3 - Chapters 9-12: New players and conflict</w:t>
      </w:r>
    </w:p>
    <w:p>
      <w:r>
        <w:rPr>
          <w:b/>
          <w:color w:val="0090AE"/>
        </w:rPr>
        <w:t xml:space="preserve">Activity A: </w:t>
      </w:r>
      <w:r>
        <w:t>A - mandala; B - confrontation; C - palpable; D - strategy; E - methodical; F - resolute; G - scepticism; H - vulnerable</w:t>
      </w:r>
    </w:p>
    <w:p>
      <w:r>
        <w:rPr>
          <w:b/>
          <w:color w:val="0090AE"/>
        </w:rPr>
        <w:t xml:space="preserve">Activity B: </w:t>
      </w:r>
      <w:r>
        <w:t>1 - methodical; 2 - palpable; 3 - scepticism; 4 - mandala; 5 - vulnerable; 6 - resolute; 7 - confrontation; 8 - strategy</w:t>
      </w:r>
    </w:p>
    <w:p>
      <w:pPr>
        <w:pStyle w:val="SmallNote"/>
      </w:pPr>
      <w:r>
        <w:t>Activities C and D are open-ended. Credit accurate meaning, suitable grammar and clear context.</w:t>
      </w:r>
    </w:p>
    <w:p>
      <w:pPr>
        <w:pStyle w:val="Heading2"/>
      </w:pPr>
      <w:r>
        <w:t>Unit 4 - Chapters 13-16: Planning and pursuit</w:t>
      </w:r>
    </w:p>
    <w:p>
      <w:r>
        <w:rPr>
          <w:b/>
          <w:color w:val="0090AE"/>
        </w:rPr>
        <w:t xml:space="preserve">Activity A: </w:t>
      </w:r>
      <w:r>
        <w:t>A - relentless; B - improvised; C - responsibility; D - suspicion; E - uncertainty; F - territory; G - tactical; H - treacherous</w:t>
      </w:r>
    </w:p>
    <w:p>
      <w:r>
        <w:rPr>
          <w:b/>
          <w:color w:val="0090AE"/>
        </w:rPr>
        <w:t xml:space="preserve">Activity B: </w:t>
      </w:r>
      <w:r>
        <w:t>1 - uncertainty; 2 - responsibility; 3 - tactical; 4 - relentless; 5 - treacherous; 6 - territory; 7 - improvised; 8 - suspicion</w:t>
      </w:r>
    </w:p>
    <w:p>
      <w:pPr>
        <w:pStyle w:val="SmallNote"/>
      </w:pPr>
      <w:r>
        <w:t>Activities C and D are open-ended. Credit accurate meaning, suitable grammar and clear context.</w:t>
      </w:r>
    </w:p>
    <w:p>
      <w:pPr>
        <w:pStyle w:val="Heading2"/>
      </w:pPr>
      <w:r>
        <w:t>Unit 5 - Chapters 17-20: Battle, alliance and aftermath</w:t>
      </w:r>
    </w:p>
    <w:p>
      <w:r>
        <w:rPr>
          <w:b/>
          <w:color w:val="0090AE"/>
        </w:rPr>
        <w:t xml:space="preserve">Activity A: </w:t>
      </w:r>
      <w:r>
        <w:t>A - aftermath; B - alliance; C - plateau; D - endurance; E - ravine; F - consequence; G - reinforcements; H - formidable</w:t>
      </w:r>
    </w:p>
    <w:p>
      <w:r>
        <w:rPr>
          <w:b/>
          <w:color w:val="0090AE"/>
        </w:rPr>
        <w:t xml:space="preserve">Activity B: </w:t>
      </w:r>
      <w:r>
        <w:t>1 - ravine; 2 - plateau; 3 - reinforcements; 4 - aftermath; 5 - formidable; 6 - consequence; 7 - alliance; 8 - endurance</w:t>
      </w:r>
    </w:p>
    <w:p>
      <w:pPr>
        <w:pStyle w:val="SmallNote"/>
      </w:pPr>
      <w:r>
        <w:t>Activities C and D are open-ended. Credit accurate meaning, suitable grammar and clear context.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5"/>
      </w:rPr>
      <w:t>Jamie Cooper and the Touchscreen Portal | www.jpharper.com</w:t>
      <w:br/>
      <w:t>May be copied for non-commercial educational use.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5606E"/>
        <w:sz w:val="16"/>
      </w:rPr>
      <w:t>J P Harper | Educator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 w:line="276" w:lineRule="auto"/>
    </w:pPr>
    <w:rPr>
      <w:rFonts w:ascii="Aptos" w:hAnsi="Aptos"/>
      <w:color w:val="0E223C"/>
      <w:sz w:val="23"/>
    </w:r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7"/>
    </w:rPr>
  </w:style>
  <w:style w:type="paragraph" w:customStyle="1" w:styleId="WorksheetPrompt">
    <w:name w:val="Worksheet Prompt"/>
    <w:pPr>
      <w:keepNext/>
      <w:spacing w:before="100" w:after="60"/>
    </w:pPr>
    <w:rPr>
      <w:rFonts w:ascii="Aptos" w:hAnsi="Aptos"/>
      <w:b/>
      <w:color w:val="0E223C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